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1825"/>
        <w:gridCol w:w="6722"/>
      </w:tblGrid>
      <w:tr w:rsidR="000519A1" w:rsidRPr="00CD6418" w14:paraId="74A5ECC7" w14:textId="77777777" w:rsidTr="00E13D78">
        <w:trPr>
          <w:trHeight w:val="1592"/>
        </w:trPr>
        <w:tc>
          <w:tcPr>
            <w:tcW w:w="1825" w:type="dxa"/>
          </w:tcPr>
          <w:p w14:paraId="227FAD04" w14:textId="77777777" w:rsidR="000519A1" w:rsidRPr="00CD6418" w:rsidRDefault="000519A1" w:rsidP="00E13D78">
            <w:pPr>
              <w:pStyle w:val="TableParagraph"/>
              <w:spacing w:before="10"/>
              <w:ind w:left="0" w:right="0"/>
              <w:jc w:val="left"/>
              <w:rPr>
                <w:rFonts w:ascii="Times New Roman"/>
                <w:sz w:val="3"/>
              </w:rPr>
            </w:pPr>
          </w:p>
          <w:p w14:paraId="171D2DCD" w14:textId="77777777" w:rsidR="000519A1" w:rsidRPr="00CD6418" w:rsidRDefault="000519A1" w:rsidP="00E13D78">
            <w:pPr>
              <w:pStyle w:val="TableParagraph"/>
              <w:ind w:left="200" w:right="0"/>
              <w:jc w:val="left"/>
              <w:rPr>
                <w:rFonts w:ascii="Times New Roman"/>
                <w:sz w:val="20"/>
              </w:rPr>
            </w:pPr>
            <w:r w:rsidRPr="00CD6418"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1C7988BA" wp14:editId="7D7F19EA">
                  <wp:extent cx="649493" cy="96697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493" cy="966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2" w:type="dxa"/>
          </w:tcPr>
          <w:p w14:paraId="5572BF8D" w14:textId="77777777" w:rsidR="000519A1" w:rsidRPr="00CD6418" w:rsidRDefault="000519A1" w:rsidP="00E13D78">
            <w:pPr>
              <w:pStyle w:val="TableParagraph"/>
              <w:spacing w:before="5" w:line="548" w:lineRule="exact"/>
              <w:rPr>
                <w:sz w:val="46"/>
              </w:rPr>
            </w:pPr>
            <w:r w:rsidRPr="00CD6418">
              <w:rPr>
                <w:w w:val="95"/>
                <w:sz w:val="46"/>
              </w:rPr>
              <w:t>COMUNE</w:t>
            </w:r>
            <w:r w:rsidRPr="00CD6418">
              <w:rPr>
                <w:spacing w:val="9"/>
                <w:w w:val="95"/>
                <w:sz w:val="46"/>
              </w:rPr>
              <w:t xml:space="preserve"> </w:t>
            </w:r>
            <w:r w:rsidRPr="00CD6418">
              <w:rPr>
                <w:w w:val="95"/>
                <w:sz w:val="46"/>
              </w:rPr>
              <w:t>DI</w:t>
            </w:r>
            <w:r w:rsidRPr="00CD6418">
              <w:rPr>
                <w:spacing w:val="2"/>
                <w:w w:val="95"/>
                <w:sz w:val="46"/>
              </w:rPr>
              <w:t xml:space="preserve"> </w:t>
            </w:r>
            <w:r w:rsidRPr="00CD6418">
              <w:rPr>
                <w:w w:val="95"/>
                <w:sz w:val="46"/>
              </w:rPr>
              <w:t>PONTE</w:t>
            </w:r>
            <w:r w:rsidRPr="00CD6418">
              <w:rPr>
                <w:spacing w:val="9"/>
                <w:w w:val="95"/>
                <w:sz w:val="46"/>
              </w:rPr>
              <w:t xml:space="preserve"> </w:t>
            </w:r>
            <w:r w:rsidRPr="00CD6418">
              <w:rPr>
                <w:w w:val="95"/>
                <w:sz w:val="46"/>
              </w:rPr>
              <w:t>DI</w:t>
            </w:r>
            <w:r w:rsidRPr="00CD6418">
              <w:rPr>
                <w:spacing w:val="7"/>
                <w:w w:val="95"/>
                <w:sz w:val="46"/>
              </w:rPr>
              <w:t xml:space="preserve"> </w:t>
            </w:r>
            <w:r w:rsidRPr="00CD6418">
              <w:rPr>
                <w:w w:val="95"/>
                <w:sz w:val="46"/>
              </w:rPr>
              <w:t>LEGNO</w:t>
            </w:r>
          </w:p>
          <w:p w14:paraId="2E2B7943" w14:textId="77777777" w:rsidR="000519A1" w:rsidRPr="00CD6418" w:rsidRDefault="000519A1" w:rsidP="00E13D78">
            <w:pPr>
              <w:pStyle w:val="TableParagraph"/>
              <w:spacing w:line="295" w:lineRule="exact"/>
              <w:ind w:left="570"/>
              <w:rPr>
                <w:sz w:val="25"/>
              </w:rPr>
            </w:pPr>
            <w:r w:rsidRPr="00CD6418">
              <w:rPr>
                <w:w w:val="95"/>
                <w:sz w:val="25"/>
              </w:rPr>
              <w:t>Provincia</w:t>
            </w:r>
            <w:r w:rsidRPr="00CD6418">
              <w:rPr>
                <w:spacing w:val="3"/>
                <w:w w:val="95"/>
                <w:sz w:val="25"/>
              </w:rPr>
              <w:t xml:space="preserve"> </w:t>
            </w:r>
            <w:r w:rsidRPr="00CD6418">
              <w:rPr>
                <w:w w:val="95"/>
                <w:sz w:val="25"/>
              </w:rPr>
              <w:t>di</w:t>
            </w:r>
            <w:r w:rsidRPr="00CD6418">
              <w:rPr>
                <w:spacing w:val="2"/>
                <w:w w:val="95"/>
                <w:sz w:val="25"/>
              </w:rPr>
              <w:t xml:space="preserve"> </w:t>
            </w:r>
            <w:r w:rsidRPr="00CD6418">
              <w:rPr>
                <w:w w:val="95"/>
                <w:sz w:val="25"/>
              </w:rPr>
              <w:t>Brescia</w:t>
            </w:r>
          </w:p>
          <w:p w14:paraId="54D7CE8A" w14:textId="77777777" w:rsidR="000519A1" w:rsidRPr="00CD6418" w:rsidRDefault="000519A1" w:rsidP="00E13D78">
            <w:pPr>
              <w:pStyle w:val="TableParagraph"/>
              <w:spacing w:before="23"/>
              <w:ind w:left="215"/>
              <w:rPr>
                <w:b/>
                <w:sz w:val="18"/>
              </w:rPr>
            </w:pPr>
            <w:r w:rsidRPr="00CD6418">
              <w:rPr>
                <w:b/>
                <w:sz w:val="18"/>
              </w:rPr>
              <w:t>Via</w:t>
            </w:r>
            <w:r w:rsidRPr="00CD6418">
              <w:rPr>
                <w:b/>
                <w:spacing w:val="-1"/>
                <w:sz w:val="18"/>
              </w:rPr>
              <w:t xml:space="preserve"> </w:t>
            </w:r>
            <w:r w:rsidRPr="00CD6418">
              <w:rPr>
                <w:b/>
                <w:sz w:val="18"/>
              </w:rPr>
              <w:t>Salimmo, 4</w:t>
            </w:r>
            <w:r w:rsidRPr="00CD6418">
              <w:rPr>
                <w:b/>
                <w:spacing w:val="-2"/>
                <w:sz w:val="18"/>
              </w:rPr>
              <w:t xml:space="preserve"> </w:t>
            </w:r>
            <w:r w:rsidRPr="00CD6418">
              <w:rPr>
                <w:b/>
                <w:sz w:val="18"/>
              </w:rPr>
              <w:t>–</w:t>
            </w:r>
            <w:r w:rsidRPr="00CD6418">
              <w:rPr>
                <w:b/>
                <w:spacing w:val="-1"/>
                <w:sz w:val="18"/>
              </w:rPr>
              <w:t xml:space="preserve"> </w:t>
            </w:r>
            <w:r w:rsidRPr="00CD6418">
              <w:rPr>
                <w:b/>
                <w:sz w:val="18"/>
              </w:rPr>
              <w:t>25056</w:t>
            </w:r>
            <w:r w:rsidRPr="00CD6418">
              <w:rPr>
                <w:b/>
                <w:spacing w:val="-2"/>
                <w:sz w:val="18"/>
              </w:rPr>
              <w:t xml:space="preserve"> </w:t>
            </w:r>
            <w:r w:rsidRPr="00CD6418">
              <w:rPr>
                <w:b/>
                <w:sz w:val="18"/>
              </w:rPr>
              <w:t>Ponte</w:t>
            </w:r>
            <w:r w:rsidRPr="00CD6418">
              <w:rPr>
                <w:b/>
                <w:spacing w:val="-3"/>
                <w:sz w:val="18"/>
              </w:rPr>
              <w:t xml:space="preserve"> </w:t>
            </w:r>
            <w:r w:rsidRPr="00CD6418">
              <w:rPr>
                <w:b/>
                <w:sz w:val="18"/>
              </w:rPr>
              <w:t>di</w:t>
            </w:r>
            <w:r w:rsidRPr="00CD6418">
              <w:rPr>
                <w:b/>
                <w:spacing w:val="-2"/>
                <w:sz w:val="18"/>
              </w:rPr>
              <w:t xml:space="preserve"> </w:t>
            </w:r>
            <w:r w:rsidRPr="00CD6418">
              <w:rPr>
                <w:b/>
                <w:sz w:val="18"/>
              </w:rPr>
              <w:t>Legno</w:t>
            </w:r>
            <w:r w:rsidRPr="00CD6418">
              <w:rPr>
                <w:b/>
                <w:spacing w:val="-4"/>
                <w:sz w:val="18"/>
              </w:rPr>
              <w:t xml:space="preserve"> </w:t>
            </w:r>
            <w:r w:rsidRPr="00CD6418">
              <w:rPr>
                <w:b/>
                <w:sz w:val="18"/>
              </w:rPr>
              <w:t>(Bs)</w:t>
            </w:r>
          </w:p>
          <w:p w14:paraId="761B5DBE" w14:textId="77777777" w:rsidR="000519A1" w:rsidRPr="00CD6418" w:rsidRDefault="000519A1" w:rsidP="00E13D78">
            <w:pPr>
              <w:pStyle w:val="TableParagraph"/>
              <w:spacing w:before="23" w:line="217" w:lineRule="exact"/>
              <w:ind w:right="179"/>
              <w:rPr>
                <w:b/>
                <w:sz w:val="18"/>
              </w:rPr>
            </w:pPr>
            <w:r w:rsidRPr="00CD6418">
              <w:rPr>
                <w:b/>
                <w:sz w:val="18"/>
              </w:rPr>
              <w:t>Fax</w:t>
            </w:r>
            <w:r w:rsidRPr="00CD6418">
              <w:rPr>
                <w:b/>
                <w:spacing w:val="-1"/>
                <w:sz w:val="18"/>
              </w:rPr>
              <w:t xml:space="preserve"> </w:t>
            </w:r>
            <w:r w:rsidRPr="00CD6418">
              <w:rPr>
                <w:b/>
                <w:sz w:val="18"/>
              </w:rPr>
              <w:t>0364.91658</w:t>
            </w:r>
            <w:r w:rsidRPr="00CD6418">
              <w:rPr>
                <w:b/>
                <w:spacing w:val="52"/>
                <w:sz w:val="18"/>
              </w:rPr>
              <w:t xml:space="preserve"> </w:t>
            </w:r>
            <w:r w:rsidRPr="00CD6418">
              <w:rPr>
                <w:b/>
                <w:sz w:val="18"/>
              </w:rPr>
              <w:t>c.f.</w:t>
            </w:r>
            <w:r w:rsidRPr="00CD6418">
              <w:rPr>
                <w:b/>
                <w:spacing w:val="2"/>
                <w:sz w:val="18"/>
              </w:rPr>
              <w:t xml:space="preserve"> </w:t>
            </w:r>
            <w:r w:rsidRPr="00CD6418">
              <w:rPr>
                <w:b/>
                <w:sz w:val="18"/>
              </w:rPr>
              <w:t>00649470176</w:t>
            </w:r>
            <w:r w:rsidRPr="00CD6418">
              <w:rPr>
                <w:b/>
                <w:spacing w:val="-6"/>
                <w:sz w:val="18"/>
              </w:rPr>
              <w:t xml:space="preserve"> </w:t>
            </w:r>
            <w:r w:rsidRPr="00CD6418">
              <w:rPr>
                <w:b/>
                <w:sz w:val="18"/>
              </w:rPr>
              <w:t>p.i.</w:t>
            </w:r>
            <w:r w:rsidRPr="00CD6418">
              <w:rPr>
                <w:b/>
                <w:spacing w:val="-1"/>
                <w:sz w:val="18"/>
              </w:rPr>
              <w:t xml:space="preserve"> </w:t>
            </w:r>
            <w:r w:rsidRPr="00CD6418">
              <w:rPr>
                <w:b/>
                <w:sz w:val="18"/>
              </w:rPr>
              <w:t>00574390985</w:t>
            </w:r>
          </w:p>
          <w:p w14:paraId="12E84B85" w14:textId="77777777" w:rsidR="000519A1" w:rsidRPr="00CD6418" w:rsidRDefault="000519A1" w:rsidP="00E13D78">
            <w:pPr>
              <w:pStyle w:val="TableParagraph"/>
              <w:spacing w:line="217" w:lineRule="exact"/>
              <w:ind w:right="180"/>
              <w:rPr>
                <w:b/>
                <w:sz w:val="18"/>
              </w:rPr>
            </w:pPr>
            <w:r w:rsidRPr="00CD6418">
              <w:rPr>
                <w:b/>
                <w:sz w:val="18"/>
              </w:rPr>
              <w:t>Ufficio</w:t>
            </w:r>
            <w:r w:rsidRPr="00CD6418">
              <w:rPr>
                <w:b/>
                <w:spacing w:val="-5"/>
                <w:sz w:val="18"/>
              </w:rPr>
              <w:t xml:space="preserve"> </w:t>
            </w:r>
            <w:r w:rsidRPr="00CD6418">
              <w:rPr>
                <w:b/>
                <w:sz w:val="18"/>
              </w:rPr>
              <w:t>Patrimonio</w:t>
            </w:r>
            <w:r w:rsidRPr="00CD6418">
              <w:rPr>
                <w:b/>
                <w:spacing w:val="1"/>
                <w:sz w:val="18"/>
              </w:rPr>
              <w:t xml:space="preserve"> </w:t>
            </w:r>
            <w:r w:rsidRPr="00CD6418">
              <w:rPr>
                <w:b/>
                <w:sz w:val="18"/>
              </w:rPr>
              <w:t>–</w:t>
            </w:r>
            <w:r w:rsidRPr="00CD6418">
              <w:rPr>
                <w:b/>
                <w:spacing w:val="-3"/>
                <w:sz w:val="18"/>
              </w:rPr>
              <w:t xml:space="preserve"> </w:t>
            </w:r>
            <w:r w:rsidRPr="00CD6418">
              <w:rPr>
                <w:b/>
                <w:sz w:val="18"/>
              </w:rPr>
              <w:t>0364.929833</w:t>
            </w:r>
          </w:p>
        </w:tc>
      </w:tr>
    </w:tbl>
    <w:p w14:paraId="72EEA551" w14:textId="77777777" w:rsidR="002D53CA" w:rsidRPr="000519A1" w:rsidRDefault="002D53CA">
      <w:pPr>
        <w:pBdr>
          <w:bottom w:val="single" w:sz="12" w:space="1" w:color="003366"/>
        </w:pBdr>
        <w:spacing w:before="120" w:after="240"/>
        <w:rPr>
          <w:color w:val="auto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0519A1" w:rsidRPr="000519A1" w14:paraId="11166CA1" w14:textId="77777777">
        <w:trPr>
          <w:jc w:val="center"/>
        </w:trPr>
        <w:tc>
          <w:tcPr>
            <w:tcW w:w="10080" w:type="dxa"/>
            <w:shd w:val="clear" w:color="auto" w:fill="F4F6F9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4848FC47" w14:textId="77777777" w:rsidR="002D53CA" w:rsidRPr="000519A1" w:rsidRDefault="00000000">
            <w:pPr>
              <w:spacing w:after="80"/>
              <w:rPr>
                <w:color w:val="auto"/>
              </w:rPr>
            </w:pPr>
            <w:r w:rsidRPr="000519A1">
              <w:rPr>
                <w:b/>
                <w:color w:val="auto"/>
                <w:sz w:val="22"/>
              </w:rPr>
              <w:t>MANIFESTAZIONE DI INTERESSE E DICHIARAZIONE SOSTITUTIVA</w:t>
            </w:r>
          </w:p>
          <w:p w14:paraId="33030058" w14:textId="77777777" w:rsidR="002D53CA" w:rsidRPr="000519A1" w:rsidRDefault="00000000">
            <w:pPr>
              <w:spacing w:after="40"/>
              <w:rPr>
                <w:color w:val="auto"/>
              </w:rPr>
            </w:pPr>
            <w:r w:rsidRPr="000519A1">
              <w:rPr>
                <w:b/>
                <w:color w:val="auto"/>
                <w:sz w:val="19"/>
              </w:rPr>
              <w:t>OGGETTO: Procedura esplorativa per l'affidamento in Concessione dei lavori di costruzione (sulla base del progetto comunale) e della successiva gestione del chiosco/punto ristoro in località Sant'Apollonia (Area Pic-Nic).</w:t>
            </w:r>
          </w:p>
          <w:p w14:paraId="1530ED90" w14:textId="77777777" w:rsidR="002D53CA" w:rsidRPr="000519A1" w:rsidRDefault="00000000">
            <w:pPr>
              <w:spacing w:after="0"/>
              <w:rPr>
                <w:color w:val="auto"/>
              </w:rPr>
            </w:pPr>
            <w:r w:rsidRPr="000519A1">
              <w:rPr>
                <w:i/>
                <w:color w:val="auto"/>
                <w:sz w:val="17"/>
              </w:rPr>
              <w:t>(Dichiarazione resa ai sensi degli artt. 46 e 47 del D.P.R. 28 dicembre 2000, n. 445 e s.m.i.)</w:t>
            </w:r>
          </w:p>
        </w:tc>
      </w:tr>
    </w:tbl>
    <w:p w14:paraId="245222A0" w14:textId="77777777" w:rsidR="002D53CA" w:rsidRPr="000519A1" w:rsidRDefault="002D53CA">
      <w:pPr>
        <w:spacing w:after="80"/>
        <w:rPr>
          <w:color w:val="auto"/>
        </w:rPr>
      </w:pPr>
    </w:p>
    <w:p w14:paraId="7E070832" w14:textId="1DB8E173" w:rsidR="002D53CA" w:rsidRPr="000519A1" w:rsidRDefault="00000000">
      <w:pPr>
        <w:spacing w:after="240"/>
        <w:jc w:val="right"/>
        <w:rPr>
          <w:color w:val="auto"/>
        </w:rPr>
      </w:pPr>
      <w:r w:rsidRPr="000519A1">
        <w:rPr>
          <w:color w:val="auto"/>
          <w:sz w:val="19"/>
        </w:rPr>
        <w:t>Spett.le COMUNE DI PONTE DI LEGNO</w:t>
      </w:r>
      <w:r w:rsidRPr="000519A1">
        <w:rPr>
          <w:color w:val="auto"/>
          <w:sz w:val="19"/>
        </w:rPr>
        <w:br/>
        <w:t xml:space="preserve">Settore </w:t>
      </w:r>
      <w:proofErr w:type="spellStart"/>
      <w:r w:rsidRPr="000519A1">
        <w:rPr>
          <w:color w:val="auto"/>
          <w:sz w:val="19"/>
        </w:rPr>
        <w:t>Patrimonio</w:t>
      </w:r>
      <w:proofErr w:type="spellEnd"/>
      <w:r w:rsidRPr="000519A1">
        <w:rPr>
          <w:color w:val="auto"/>
          <w:sz w:val="19"/>
        </w:rPr>
        <w:br/>
      </w:r>
      <w:r w:rsidR="00886B19">
        <w:rPr>
          <w:color w:val="auto"/>
          <w:sz w:val="19"/>
        </w:rPr>
        <w:t xml:space="preserve">Via </w:t>
      </w:r>
      <w:proofErr w:type="spellStart"/>
      <w:r w:rsidR="00886B19">
        <w:rPr>
          <w:color w:val="auto"/>
          <w:sz w:val="19"/>
        </w:rPr>
        <w:t>Salimmo</w:t>
      </w:r>
      <w:proofErr w:type="spellEnd"/>
      <w:r w:rsidR="00886B19">
        <w:rPr>
          <w:color w:val="auto"/>
          <w:sz w:val="19"/>
        </w:rPr>
        <w:t>, 4</w:t>
      </w:r>
      <w:r w:rsidRPr="000519A1">
        <w:rPr>
          <w:color w:val="auto"/>
          <w:sz w:val="19"/>
        </w:rPr>
        <w:t xml:space="preserve"> — 25056 Ponte di Legno (BS)</w:t>
      </w:r>
      <w:r w:rsidRPr="000519A1">
        <w:rPr>
          <w:color w:val="auto"/>
          <w:sz w:val="19"/>
        </w:rPr>
        <w:br/>
        <w:t>PEC: protocollo@pec.comune.ponte-di-legno.bs.it</w:t>
      </w:r>
    </w:p>
    <w:p w14:paraId="6ED26F94" w14:textId="77777777" w:rsidR="002D53CA" w:rsidRPr="000519A1" w:rsidRDefault="00000000">
      <w:pPr>
        <w:pBdr>
          <w:bottom w:val="single" w:sz="6" w:space="1" w:color="D0D7DE"/>
        </w:pBdr>
        <w:spacing w:before="240" w:after="120"/>
        <w:rPr>
          <w:color w:val="auto"/>
        </w:rPr>
      </w:pPr>
      <w:r w:rsidRPr="000519A1">
        <w:rPr>
          <w:b/>
          <w:color w:val="auto"/>
          <w:sz w:val="21"/>
        </w:rPr>
        <w:t>1. DATI DEL DICHIARANTE (Legale Rappresentante / Procuratore)</w:t>
      </w:r>
    </w:p>
    <w:p w14:paraId="1A0F8611" w14:textId="77777777" w:rsidR="002D53CA" w:rsidRPr="000519A1" w:rsidRDefault="00000000">
      <w:pPr>
        <w:spacing w:before="40" w:after="40"/>
        <w:rPr>
          <w:color w:val="auto"/>
        </w:rPr>
      </w:pPr>
      <w:r w:rsidRPr="000519A1">
        <w:rPr>
          <w:b/>
          <w:color w:val="auto"/>
          <w:sz w:val="19"/>
        </w:rPr>
        <w:t xml:space="preserve">Il/La sottoscritto/a:  </w:t>
      </w:r>
      <w:r w:rsidRPr="000519A1">
        <w:rPr>
          <w:color w:val="auto"/>
          <w:sz w:val="19"/>
        </w:rPr>
        <w:t>...................................................................................................................................</w:t>
      </w:r>
    </w:p>
    <w:p w14:paraId="6096F30B" w14:textId="77777777" w:rsidR="002D53CA" w:rsidRPr="000519A1" w:rsidRDefault="00000000">
      <w:pPr>
        <w:spacing w:before="40" w:after="40"/>
        <w:rPr>
          <w:color w:val="auto"/>
        </w:rPr>
      </w:pPr>
      <w:r w:rsidRPr="000519A1">
        <w:rPr>
          <w:b/>
          <w:color w:val="auto"/>
          <w:sz w:val="19"/>
        </w:rPr>
        <w:t xml:space="preserve">Nato/a a:              </w:t>
      </w:r>
      <w:r w:rsidRPr="000519A1">
        <w:rPr>
          <w:color w:val="auto"/>
          <w:sz w:val="19"/>
        </w:rPr>
        <w:t>.................................................................... Prov. (......) il ......./......./...........</w:t>
      </w:r>
    </w:p>
    <w:p w14:paraId="19F6E808" w14:textId="77777777" w:rsidR="002D53CA" w:rsidRPr="000519A1" w:rsidRDefault="00000000">
      <w:pPr>
        <w:spacing w:before="40" w:after="40"/>
        <w:rPr>
          <w:color w:val="auto"/>
        </w:rPr>
      </w:pPr>
      <w:r w:rsidRPr="000519A1">
        <w:rPr>
          <w:b/>
          <w:color w:val="auto"/>
          <w:sz w:val="19"/>
        </w:rPr>
        <w:t xml:space="preserve">Codice Fiscale:        </w:t>
      </w:r>
      <w:r w:rsidRPr="000519A1">
        <w:rPr>
          <w:color w:val="auto"/>
          <w:sz w:val="19"/>
        </w:rPr>
        <w:t>...................................................................................................................................</w:t>
      </w:r>
    </w:p>
    <w:p w14:paraId="30303820" w14:textId="77777777" w:rsidR="002D53CA" w:rsidRPr="000519A1" w:rsidRDefault="00000000">
      <w:pPr>
        <w:spacing w:before="40" w:after="40"/>
        <w:rPr>
          <w:color w:val="auto"/>
        </w:rPr>
      </w:pPr>
      <w:r w:rsidRPr="000519A1">
        <w:rPr>
          <w:b/>
          <w:color w:val="auto"/>
          <w:sz w:val="19"/>
        </w:rPr>
        <w:t xml:space="preserve">Residente a:           </w:t>
      </w:r>
      <w:r w:rsidRPr="000519A1">
        <w:rPr>
          <w:color w:val="auto"/>
          <w:sz w:val="19"/>
        </w:rPr>
        <w:t>.................................................................... Via/Piazza ............................................</w:t>
      </w:r>
    </w:p>
    <w:p w14:paraId="44E5E676" w14:textId="77777777" w:rsidR="002D53CA" w:rsidRPr="000519A1" w:rsidRDefault="00000000">
      <w:pPr>
        <w:spacing w:before="40" w:after="40"/>
        <w:rPr>
          <w:color w:val="auto"/>
        </w:rPr>
      </w:pPr>
      <w:r w:rsidRPr="000519A1">
        <w:rPr>
          <w:b/>
          <w:color w:val="auto"/>
          <w:sz w:val="19"/>
        </w:rPr>
        <w:t xml:space="preserve">In qualità di:         </w:t>
      </w:r>
      <w:r w:rsidRPr="000519A1">
        <w:rPr>
          <w:color w:val="auto"/>
          <w:sz w:val="19"/>
        </w:rPr>
        <w:t>[  ] Legale Rappresentante    [  ] Procuratore (allega copia della procura)</w:t>
      </w:r>
    </w:p>
    <w:p w14:paraId="42C7179B" w14:textId="77777777" w:rsidR="002D53CA" w:rsidRPr="000519A1" w:rsidRDefault="00000000">
      <w:pPr>
        <w:pBdr>
          <w:bottom w:val="single" w:sz="6" w:space="1" w:color="D0D7DE"/>
        </w:pBdr>
        <w:spacing w:before="240" w:after="120"/>
        <w:rPr>
          <w:color w:val="auto"/>
        </w:rPr>
      </w:pPr>
      <w:r w:rsidRPr="000519A1">
        <w:rPr>
          <w:b/>
          <w:color w:val="auto"/>
          <w:sz w:val="21"/>
        </w:rPr>
        <w:t>2. DATI DELL'OPERATORE ECONOMICO</w:t>
      </w:r>
    </w:p>
    <w:p w14:paraId="6AE16DDF" w14:textId="77777777" w:rsidR="002D53CA" w:rsidRPr="000519A1" w:rsidRDefault="00000000">
      <w:pPr>
        <w:spacing w:before="40" w:after="40"/>
        <w:rPr>
          <w:color w:val="auto"/>
        </w:rPr>
      </w:pPr>
      <w:r w:rsidRPr="000519A1">
        <w:rPr>
          <w:b/>
          <w:color w:val="auto"/>
          <w:sz w:val="19"/>
        </w:rPr>
        <w:t xml:space="preserve">Ragione Sociale:       </w:t>
      </w:r>
      <w:r w:rsidRPr="000519A1">
        <w:rPr>
          <w:color w:val="auto"/>
          <w:sz w:val="19"/>
        </w:rPr>
        <w:t>...................................................................................................................................</w:t>
      </w:r>
    </w:p>
    <w:p w14:paraId="6540F8AC" w14:textId="77777777" w:rsidR="002D53CA" w:rsidRPr="000519A1" w:rsidRDefault="00000000">
      <w:pPr>
        <w:spacing w:before="40" w:after="40"/>
        <w:rPr>
          <w:color w:val="auto"/>
        </w:rPr>
      </w:pPr>
      <w:r w:rsidRPr="000519A1">
        <w:rPr>
          <w:b/>
          <w:color w:val="auto"/>
          <w:sz w:val="19"/>
        </w:rPr>
        <w:t xml:space="preserve">Sede Legale:           </w:t>
      </w:r>
      <w:r w:rsidRPr="000519A1">
        <w:rPr>
          <w:color w:val="auto"/>
          <w:sz w:val="19"/>
        </w:rPr>
        <w:t>.................................................................... Cap ................. Prov. (......)</w:t>
      </w:r>
    </w:p>
    <w:p w14:paraId="0890D7A6" w14:textId="77777777" w:rsidR="002D53CA" w:rsidRPr="000519A1" w:rsidRDefault="00000000">
      <w:pPr>
        <w:spacing w:before="40" w:after="40"/>
        <w:rPr>
          <w:color w:val="auto"/>
        </w:rPr>
      </w:pPr>
      <w:r w:rsidRPr="000519A1">
        <w:rPr>
          <w:b/>
          <w:color w:val="auto"/>
          <w:sz w:val="19"/>
        </w:rPr>
        <w:t xml:space="preserve">Codice Fiscale / P.IVA: </w:t>
      </w:r>
      <w:r w:rsidRPr="000519A1">
        <w:rPr>
          <w:color w:val="auto"/>
          <w:sz w:val="19"/>
        </w:rPr>
        <w:t>...................................................................................................................................</w:t>
      </w:r>
    </w:p>
    <w:p w14:paraId="37ADA3C4" w14:textId="77777777" w:rsidR="002D53CA" w:rsidRPr="000519A1" w:rsidRDefault="00000000">
      <w:pPr>
        <w:spacing w:before="40" w:after="40"/>
        <w:rPr>
          <w:color w:val="auto"/>
        </w:rPr>
      </w:pPr>
      <w:r w:rsidRPr="000519A1">
        <w:rPr>
          <w:b/>
          <w:color w:val="auto"/>
          <w:sz w:val="19"/>
        </w:rPr>
        <w:t xml:space="preserve">Telefono / Cellulare:  </w:t>
      </w:r>
      <w:r w:rsidRPr="000519A1">
        <w:rPr>
          <w:color w:val="auto"/>
          <w:sz w:val="19"/>
        </w:rPr>
        <w:t>...................................................................................................................................</w:t>
      </w:r>
    </w:p>
    <w:p w14:paraId="1B707357" w14:textId="77777777" w:rsidR="002D53CA" w:rsidRPr="000519A1" w:rsidRDefault="00000000">
      <w:pPr>
        <w:spacing w:before="40" w:after="40"/>
        <w:rPr>
          <w:color w:val="auto"/>
        </w:rPr>
      </w:pPr>
      <w:r w:rsidRPr="000519A1">
        <w:rPr>
          <w:b/>
          <w:color w:val="auto"/>
          <w:sz w:val="19"/>
        </w:rPr>
        <w:t xml:space="preserve">PEC (domicilio eletto): </w:t>
      </w:r>
      <w:r w:rsidRPr="000519A1">
        <w:rPr>
          <w:color w:val="auto"/>
          <w:sz w:val="19"/>
        </w:rPr>
        <w:t>...................................................................................................................................</w:t>
      </w:r>
    </w:p>
    <w:p w14:paraId="4405A1FA" w14:textId="77777777" w:rsidR="002D53CA" w:rsidRPr="000519A1" w:rsidRDefault="00000000">
      <w:pPr>
        <w:pBdr>
          <w:bottom w:val="single" w:sz="6" w:space="1" w:color="D0D7DE"/>
        </w:pBdr>
        <w:spacing w:before="240" w:after="120"/>
        <w:rPr>
          <w:color w:val="auto"/>
        </w:rPr>
      </w:pPr>
      <w:r w:rsidRPr="000519A1">
        <w:rPr>
          <w:b/>
          <w:color w:val="auto"/>
          <w:sz w:val="21"/>
        </w:rPr>
        <w:t>3. FORMA DI PARTECIPAZIONE</w:t>
      </w:r>
    </w:p>
    <w:p w14:paraId="2723D7B4" w14:textId="77777777" w:rsidR="002D53CA" w:rsidRPr="000519A1" w:rsidRDefault="00000000">
      <w:pPr>
        <w:spacing w:after="80"/>
        <w:rPr>
          <w:color w:val="auto"/>
        </w:rPr>
      </w:pPr>
      <w:r w:rsidRPr="000519A1">
        <w:rPr>
          <w:color w:val="auto"/>
          <w:sz w:val="19"/>
        </w:rPr>
        <w:t>Il sottoscritto dichiara di presentare la manifestazione di interesse in qualità di:</w:t>
      </w:r>
    </w:p>
    <w:p w14:paraId="2516CCBD" w14:textId="77777777" w:rsidR="002D53CA" w:rsidRPr="000519A1" w:rsidRDefault="00000000">
      <w:pPr>
        <w:spacing w:before="20" w:after="40"/>
        <w:ind w:left="288"/>
        <w:rPr>
          <w:color w:val="auto"/>
        </w:rPr>
      </w:pPr>
      <w:r w:rsidRPr="000519A1">
        <w:rPr>
          <w:b/>
          <w:color w:val="auto"/>
        </w:rPr>
        <w:t>[  ]</w:t>
      </w:r>
      <w:r w:rsidRPr="000519A1">
        <w:rPr>
          <w:color w:val="auto"/>
          <w:sz w:val="19"/>
        </w:rPr>
        <w:t xml:space="preserve"> Imprenditore individuale / Impresa Singola di cui all'art. 65, c. 2, lett. a) del D.Lgs. 36/2023;</w:t>
      </w:r>
    </w:p>
    <w:p w14:paraId="76B938E9" w14:textId="77777777" w:rsidR="002D53CA" w:rsidRPr="000519A1" w:rsidRDefault="00000000">
      <w:pPr>
        <w:spacing w:before="20" w:after="40"/>
        <w:ind w:left="288"/>
        <w:rPr>
          <w:color w:val="auto"/>
        </w:rPr>
      </w:pPr>
      <w:r w:rsidRPr="000519A1">
        <w:rPr>
          <w:b/>
          <w:color w:val="auto"/>
        </w:rPr>
        <w:t>[  ]</w:t>
      </w:r>
      <w:r w:rsidRPr="000519A1">
        <w:rPr>
          <w:color w:val="auto"/>
          <w:sz w:val="19"/>
        </w:rPr>
        <w:t xml:space="preserve"> Capogruppo / Mandataria di un Raggruppamento Temporaneo di Imprese (R.T.I.) o Consorzio costituito/costituendo;</w:t>
      </w:r>
    </w:p>
    <w:p w14:paraId="3AC94313" w14:textId="77777777" w:rsidR="002D53CA" w:rsidRPr="000519A1" w:rsidRDefault="00000000">
      <w:pPr>
        <w:spacing w:before="20" w:after="40"/>
        <w:ind w:left="288"/>
        <w:rPr>
          <w:color w:val="auto"/>
        </w:rPr>
      </w:pPr>
      <w:r w:rsidRPr="000519A1">
        <w:rPr>
          <w:b/>
          <w:color w:val="auto"/>
        </w:rPr>
        <w:t>[  ]</w:t>
      </w:r>
      <w:r w:rsidRPr="000519A1">
        <w:rPr>
          <w:color w:val="auto"/>
          <w:sz w:val="19"/>
        </w:rPr>
        <w:t xml:space="preserve"> Mandante di un Raggruppamento Temporaneo di Imprese (R.T.I.) costituito/costituendo;</w:t>
      </w:r>
    </w:p>
    <w:p w14:paraId="561EF044" w14:textId="77777777" w:rsidR="002D53CA" w:rsidRPr="000519A1" w:rsidRDefault="00000000">
      <w:pPr>
        <w:spacing w:before="20" w:after="40"/>
        <w:ind w:left="288"/>
        <w:rPr>
          <w:color w:val="auto"/>
        </w:rPr>
      </w:pPr>
      <w:r w:rsidRPr="000519A1">
        <w:rPr>
          <w:b/>
          <w:color w:val="auto"/>
        </w:rPr>
        <w:t>[  ]</w:t>
      </w:r>
      <w:r w:rsidRPr="000519A1">
        <w:rPr>
          <w:color w:val="auto"/>
          <w:sz w:val="19"/>
        </w:rPr>
        <w:t xml:space="preserve"> Consorzio di cui all'art. 65 del D.Lgs. 36/2023 (indicare le consorziate esecutrici).</w:t>
      </w:r>
    </w:p>
    <w:p w14:paraId="7BF43BAA" w14:textId="77777777" w:rsidR="002D53CA" w:rsidRPr="000519A1" w:rsidRDefault="00000000">
      <w:pPr>
        <w:spacing w:before="80" w:after="80"/>
        <w:rPr>
          <w:color w:val="auto"/>
        </w:rPr>
      </w:pPr>
      <w:r w:rsidRPr="000519A1">
        <w:rPr>
          <w:i/>
          <w:color w:val="auto"/>
          <w:sz w:val="17"/>
        </w:rPr>
        <w:t>(In caso di RTI o Consorzio non ancora costituito, indicare la denominazione di tutti gli operatori raggruppandi):</w:t>
      </w:r>
      <w:r w:rsidRPr="000519A1">
        <w:rPr>
          <w:i/>
          <w:color w:val="auto"/>
          <w:sz w:val="17"/>
        </w:rPr>
        <w:br/>
      </w:r>
      <w:r w:rsidRPr="000519A1">
        <w:rPr>
          <w:color w:val="auto"/>
          <w:sz w:val="18"/>
        </w:rPr>
        <w:t>.......................................................................................................................................................................................</w:t>
      </w:r>
    </w:p>
    <w:p w14:paraId="63A1D63A" w14:textId="77777777" w:rsidR="002D53CA" w:rsidRPr="000519A1" w:rsidRDefault="00000000">
      <w:pPr>
        <w:pBdr>
          <w:bottom w:val="single" w:sz="6" w:space="1" w:color="D0D7DE"/>
        </w:pBdr>
        <w:spacing w:before="240" w:after="120"/>
        <w:rPr>
          <w:color w:val="auto"/>
        </w:rPr>
      </w:pPr>
      <w:r w:rsidRPr="000519A1">
        <w:rPr>
          <w:b/>
          <w:color w:val="auto"/>
          <w:sz w:val="21"/>
        </w:rPr>
        <w:t>4. DICHIARATIONS SOSTITUTIVE (ex D.P.R. 445/2000)</w:t>
      </w:r>
    </w:p>
    <w:p w14:paraId="52A45772" w14:textId="77777777" w:rsidR="002D53CA" w:rsidRPr="000519A1" w:rsidRDefault="00000000">
      <w:pPr>
        <w:spacing w:after="120"/>
        <w:rPr>
          <w:color w:val="auto"/>
        </w:rPr>
      </w:pPr>
      <w:r w:rsidRPr="000519A1">
        <w:rPr>
          <w:color w:val="auto"/>
          <w:sz w:val="19"/>
        </w:rPr>
        <w:lastRenderedPageBreak/>
        <w:t xml:space="preserve">Consapevole delle sanzioni penali previste dall'art. 76 del D.P.R. 445/2000 per le ipotesi di falsità in atti e dichiarazioni mendaci, </w:t>
      </w:r>
      <w:r w:rsidRPr="000519A1">
        <w:rPr>
          <w:b/>
          <w:color w:val="auto"/>
          <w:sz w:val="19"/>
        </w:rPr>
        <w:t>DICHIARA E MANIFESTA:</w:t>
      </w:r>
    </w:p>
    <w:p w14:paraId="05BB8B3B" w14:textId="77777777" w:rsidR="002D53CA" w:rsidRPr="000519A1" w:rsidRDefault="00000000" w:rsidP="000B2744">
      <w:pPr>
        <w:spacing w:before="40" w:after="80"/>
        <w:ind w:left="360"/>
        <w:jc w:val="both"/>
        <w:rPr>
          <w:color w:val="auto"/>
        </w:rPr>
      </w:pPr>
      <w:r w:rsidRPr="000519A1">
        <w:rPr>
          <w:b/>
          <w:color w:val="auto"/>
          <w:sz w:val="19"/>
        </w:rPr>
        <w:t xml:space="preserve">1. MANIFESTAZIONE DI INTERESSE: </w:t>
      </w:r>
      <w:r w:rsidRPr="000519A1">
        <w:rPr>
          <w:color w:val="auto"/>
          <w:sz w:val="19"/>
        </w:rPr>
        <w:t>Di manifestare formale interesse ad essere invitato alla successiva procedura negoziata per l'affidamento della Concessione di Lavori e Servizi relativa alla costruzione e gestione del chiosco/punto ristoro in località Sant'Apollonia.</w:t>
      </w:r>
    </w:p>
    <w:p w14:paraId="06D90F9C" w14:textId="77777777" w:rsidR="002D53CA" w:rsidRPr="000519A1" w:rsidRDefault="00000000" w:rsidP="000B2744">
      <w:pPr>
        <w:spacing w:before="40" w:after="80"/>
        <w:ind w:left="360"/>
        <w:jc w:val="both"/>
        <w:rPr>
          <w:color w:val="auto"/>
        </w:rPr>
      </w:pPr>
      <w:r w:rsidRPr="000519A1">
        <w:rPr>
          <w:b/>
          <w:color w:val="auto"/>
          <w:sz w:val="19"/>
        </w:rPr>
        <w:t xml:space="preserve">2. REQUISITI DI ORDINE GENERALE: </w:t>
      </w:r>
      <w:r w:rsidRPr="000519A1">
        <w:rPr>
          <w:color w:val="auto"/>
          <w:sz w:val="19"/>
        </w:rPr>
        <w:t>L'insussistenza di cause di esclusione automatiche e non automatiche dalla partecipazione alle gare pubbliche di cui agli artt. 94 e 95 del D.Lgs. 36/2023 (Codice dei Contratti Pubblici).</w:t>
      </w:r>
    </w:p>
    <w:p w14:paraId="5038777D" w14:textId="77777777" w:rsidR="002D53CA" w:rsidRPr="000519A1" w:rsidRDefault="00000000" w:rsidP="000B2744">
      <w:pPr>
        <w:spacing w:before="40" w:after="80"/>
        <w:ind w:left="360"/>
        <w:jc w:val="both"/>
        <w:rPr>
          <w:color w:val="auto"/>
        </w:rPr>
      </w:pPr>
      <w:r w:rsidRPr="000519A1">
        <w:rPr>
          <w:b/>
          <w:color w:val="auto"/>
          <w:sz w:val="19"/>
        </w:rPr>
        <w:t xml:space="preserve">3. ISCRIZIONE C.C.I.A.A.: </w:t>
      </w:r>
      <w:r w:rsidRPr="000519A1">
        <w:rPr>
          <w:color w:val="auto"/>
          <w:sz w:val="19"/>
        </w:rPr>
        <w:t>Che l'impresa è regolarmente iscritta al Registro delle Imprese presso la C.C.I.A.A. di ................................................ al n. REA .......................... per attività coerenti con l'oggetto della concessione.</w:t>
      </w:r>
    </w:p>
    <w:p w14:paraId="0BE214F8" w14:textId="0A991F6E" w:rsidR="002D53CA" w:rsidRPr="000519A1" w:rsidRDefault="00000000" w:rsidP="000B2744">
      <w:pPr>
        <w:spacing w:before="40" w:after="80"/>
        <w:ind w:left="360"/>
        <w:jc w:val="both"/>
        <w:rPr>
          <w:color w:val="auto"/>
        </w:rPr>
      </w:pPr>
      <w:r w:rsidRPr="000519A1">
        <w:rPr>
          <w:b/>
          <w:color w:val="auto"/>
          <w:sz w:val="19"/>
        </w:rPr>
        <w:t xml:space="preserve">6. COFINANZIAMENTO PRIVATO: </w:t>
      </w:r>
      <w:r w:rsidRPr="000519A1">
        <w:rPr>
          <w:color w:val="auto"/>
          <w:sz w:val="19"/>
        </w:rPr>
        <w:t xml:space="preserve">Di prendere atto che il quadro economico dell'opera prevede una quota di cofinanziamento privato pari a € </w:t>
      </w:r>
      <w:r w:rsidR="000B2744">
        <w:rPr>
          <w:color w:val="auto"/>
          <w:sz w:val="19"/>
        </w:rPr>
        <w:t>325</w:t>
      </w:r>
      <w:r w:rsidRPr="000519A1">
        <w:rPr>
          <w:color w:val="auto"/>
          <w:sz w:val="19"/>
        </w:rPr>
        <w:t>.000,00 e di possedere (o potersi approvvigionare di) idonee risorse finanziarie e creditizie.</w:t>
      </w:r>
    </w:p>
    <w:p w14:paraId="7B4B1A99" w14:textId="77777777" w:rsidR="002D53CA" w:rsidRPr="000519A1" w:rsidRDefault="00000000" w:rsidP="000B2744">
      <w:pPr>
        <w:spacing w:before="40" w:after="80"/>
        <w:ind w:left="360"/>
        <w:jc w:val="both"/>
        <w:rPr>
          <w:color w:val="auto"/>
        </w:rPr>
      </w:pPr>
      <w:r w:rsidRPr="000519A1">
        <w:rPr>
          <w:b/>
          <w:color w:val="auto"/>
          <w:sz w:val="19"/>
        </w:rPr>
        <w:t xml:space="preserve">7. PRESA VISIONE ATTI DI PROGETTO: </w:t>
      </w:r>
      <w:r w:rsidRPr="000519A1">
        <w:rPr>
          <w:color w:val="auto"/>
          <w:sz w:val="19"/>
        </w:rPr>
        <w:t>Di aver preso visione dell'Avviso Pubblico, della Relazione di Progetto e del Computo Metrico Estimativo predisposto dal Comune e di accettarne integralmente contenuti e condizioni.</w:t>
      </w:r>
    </w:p>
    <w:p w14:paraId="0B485BBE" w14:textId="77777777" w:rsidR="002D53CA" w:rsidRPr="000519A1" w:rsidRDefault="00000000" w:rsidP="000B2744">
      <w:pPr>
        <w:spacing w:before="40" w:after="80"/>
        <w:ind w:left="360"/>
        <w:jc w:val="both"/>
        <w:rPr>
          <w:color w:val="auto"/>
        </w:rPr>
      </w:pPr>
      <w:r w:rsidRPr="000519A1">
        <w:rPr>
          <w:b/>
          <w:color w:val="auto"/>
          <w:sz w:val="19"/>
        </w:rPr>
        <w:t xml:space="preserve">8. NATURA ESPOLORATIVA: </w:t>
      </w:r>
      <w:r w:rsidRPr="000519A1">
        <w:rPr>
          <w:color w:val="auto"/>
          <w:sz w:val="19"/>
        </w:rPr>
        <w:t>Di accettare che il presente Avviso ha finalità esclusivamente esplorativa e non vincola in alcun modo il Comune di Ponte di Legno all'espletamento della successiva gara.</w:t>
      </w:r>
    </w:p>
    <w:p w14:paraId="71F43ABF" w14:textId="77777777" w:rsidR="002D53CA" w:rsidRPr="000519A1" w:rsidRDefault="00000000" w:rsidP="000B2744">
      <w:pPr>
        <w:spacing w:before="40" w:after="80"/>
        <w:ind w:left="360"/>
        <w:jc w:val="both"/>
        <w:rPr>
          <w:color w:val="auto"/>
        </w:rPr>
      </w:pPr>
      <w:r w:rsidRPr="000519A1">
        <w:rPr>
          <w:b/>
          <w:color w:val="auto"/>
          <w:sz w:val="19"/>
        </w:rPr>
        <w:t xml:space="preserve">9. TRATTAMENTO DATI (GDPR): </w:t>
      </w:r>
      <w:r w:rsidRPr="000519A1">
        <w:rPr>
          <w:color w:val="auto"/>
          <w:sz w:val="19"/>
        </w:rPr>
        <w:t>Di autorizzare il trattamento dei dati personali ai sensi del Regolamento UE 2016/679 (GDPR) per le finalità connesse alla presente procedura.</w:t>
      </w:r>
    </w:p>
    <w:p w14:paraId="417EB077" w14:textId="77777777" w:rsidR="002D53CA" w:rsidRPr="000519A1" w:rsidRDefault="00000000">
      <w:pPr>
        <w:pBdr>
          <w:bottom w:val="single" w:sz="6" w:space="1" w:color="D0D7DE"/>
        </w:pBdr>
        <w:spacing w:before="240" w:after="120"/>
        <w:rPr>
          <w:color w:val="auto"/>
        </w:rPr>
      </w:pPr>
      <w:r w:rsidRPr="000519A1">
        <w:rPr>
          <w:b/>
          <w:color w:val="auto"/>
          <w:sz w:val="21"/>
        </w:rPr>
        <w:t>5. ALLEGATI OBBLIGATORI</w:t>
      </w:r>
    </w:p>
    <w:p w14:paraId="3444A178" w14:textId="77777777" w:rsidR="002D53CA" w:rsidRPr="000519A1" w:rsidRDefault="00000000">
      <w:pPr>
        <w:spacing w:before="40" w:after="40"/>
        <w:ind w:left="288"/>
        <w:rPr>
          <w:color w:val="auto"/>
        </w:rPr>
      </w:pPr>
      <w:r w:rsidRPr="000519A1">
        <w:rPr>
          <w:b/>
          <w:color w:val="auto"/>
        </w:rPr>
        <w:t>[  ]</w:t>
      </w:r>
      <w:r w:rsidRPr="000519A1">
        <w:rPr>
          <w:color w:val="auto"/>
          <w:sz w:val="19"/>
        </w:rPr>
        <w:t xml:space="preserve"> Copia fotostatica del documento d'identità in corso di validità del sottoscrittore.</w:t>
      </w:r>
    </w:p>
    <w:p w14:paraId="47F34313" w14:textId="77777777" w:rsidR="002D53CA" w:rsidRPr="000519A1" w:rsidRDefault="00000000">
      <w:pPr>
        <w:spacing w:before="40" w:after="40"/>
        <w:ind w:left="288"/>
        <w:rPr>
          <w:color w:val="auto"/>
        </w:rPr>
      </w:pPr>
      <w:r w:rsidRPr="000519A1">
        <w:rPr>
          <w:b/>
          <w:color w:val="auto"/>
        </w:rPr>
        <w:t>[  ]</w:t>
      </w:r>
      <w:r w:rsidRPr="000519A1">
        <w:rPr>
          <w:color w:val="auto"/>
          <w:sz w:val="19"/>
        </w:rPr>
        <w:t xml:space="preserve"> (In caso di RTI/Consorzio non ancora costituito) Dichiarazione di impegno a conferire mandato collettivo speciale con rappresentanza all'impresa capogruppo.</w:t>
      </w:r>
    </w:p>
    <w:p w14:paraId="5A60F882" w14:textId="21D8066A" w:rsidR="002D53CA" w:rsidRPr="000519A1" w:rsidRDefault="000519A1">
      <w:pPr>
        <w:spacing w:before="40" w:after="40"/>
        <w:ind w:left="288"/>
        <w:rPr>
          <w:bCs/>
          <w:color w:val="auto"/>
        </w:rPr>
      </w:pPr>
      <w:r w:rsidRPr="000519A1">
        <w:rPr>
          <w:b/>
          <w:color w:val="auto"/>
        </w:rPr>
        <w:t>[  ]</w:t>
      </w:r>
      <w:r>
        <w:rPr>
          <w:b/>
          <w:color w:val="auto"/>
        </w:rPr>
        <w:t xml:space="preserve"> </w:t>
      </w:r>
      <w:proofErr w:type="spellStart"/>
      <w:r w:rsidRPr="000519A1">
        <w:rPr>
          <w:bCs/>
          <w:color w:val="auto"/>
        </w:rPr>
        <w:t>Altro</w:t>
      </w:r>
      <w:proofErr w:type="spellEnd"/>
      <w:r w:rsidRPr="000519A1">
        <w:rPr>
          <w:bCs/>
          <w:color w:val="auto"/>
        </w:rPr>
        <w:t xml:space="preserve"> (</w:t>
      </w:r>
      <w:r w:rsidRPr="000519A1">
        <w:rPr>
          <w:bCs/>
          <w:color w:val="auto"/>
        </w:rPr>
        <w:t xml:space="preserve">Progetto di </w:t>
      </w:r>
      <w:proofErr w:type="spellStart"/>
      <w:r w:rsidRPr="000519A1">
        <w:rPr>
          <w:bCs/>
          <w:color w:val="auto"/>
        </w:rPr>
        <w:t>Gestione</w:t>
      </w:r>
      <w:proofErr w:type="spellEnd"/>
      <w:r w:rsidRPr="000519A1">
        <w:rPr>
          <w:bCs/>
          <w:color w:val="auto"/>
        </w:rPr>
        <w:t xml:space="preserve"> e </w:t>
      </w:r>
      <w:proofErr w:type="spellStart"/>
      <w:r w:rsidRPr="000519A1">
        <w:rPr>
          <w:bCs/>
          <w:color w:val="auto"/>
        </w:rPr>
        <w:t>Valorizzazione</w:t>
      </w:r>
      <w:proofErr w:type="spellEnd"/>
      <w:r w:rsidRPr="000519A1">
        <w:rPr>
          <w:bCs/>
          <w:color w:val="auto"/>
        </w:rPr>
        <w:t xml:space="preserve"> </w:t>
      </w:r>
      <w:proofErr w:type="spellStart"/>
      <w:r w:rsidRPr="000519A1">
        <w:rPr>
          <w:bCs/>
          <w:color w:val="auto"/>
        </w:rPr>
        <w:t>Turistica</w:t>
      </w:r>
      <w:proofErr w:type="spellEnd"/>
      <w:r w:rsidRPr="000519A1">
        <w:rPr>
          <w:bCs/>
          <w:color w:val="auto"/>
        </w:rPr>
        <w:t xml:space="preserve">, </w:t>
      </w:r>
      <w:proofErr w:type="spellStart"/>
      <w:r w:rsidRPr="000519A1">
        <w:rPr>
          <w:bCs/>
          <w:color w:val="auto"/>
        </w:rPr>
        <w:t>Migliorie</w:t>
      </w:r>
      <w:proofErr w:type="spellEnd"/>
      <w:r w:rsidRPr="000519A1">
        <w:rPr>
          <w:bCs/>
          <w:color w:val="auto"/>
        </w:rPr>
        <w:t xml:space="preserve"> </w:t>
      </w:r>
      <w:proofErr w:type="spellStart"/>
      <w:r w:rsidRPr="000519A1">
        <w:rPr>
          <w:bCs/>
          <w:color w:val="auto"/>
        </w:rPr>
        <w:t>Tecniche</w:t>
      </w:r>
      <w:proofErr w:type="spellEnd"/>
      <w:r w:rsidRPr="000519A1">
        <w:rPr>
          <w:bCs/>
          <w:color w:val="auto"/>
        </w:rPr>
        <w:t xml:space="preserve"> / </w:t>
      </w:r>
      <w:proofErr w:type="spellStart"/>
      <w:r w:rsidRPr="000519A1">
        <w:rPr>
          <w:bCs/>
          <w:color w:val="auto"/>
        </w:rPr>
        <w:t>Esecutive</w:t>
      </w:r>
      <w:proofErr w:type="spellEnd"/>
      <w:r w:rsidRPr="000519A1">
        <w:rPr>
          <w:bCs/>
          <w:color w:val="auto"/>
        </w:rPr>
        <w:t xml:space="preserve">, </w:t>
      </w:r>
      <w:r w:rsidRPr="000519A1">
        <w:rPr>
          <w:bCs/>
          <w:color w:val="auto"/>
        </w:rPr>
        <w:t xml:space="preserve">Piano </w:t>
      </w:r>
      <w:proofErr w:type="spellStart"/>
      <w:r w:rsidRPr="000519A1">
        <w:rPr>
          <w:bCs/>
          <w:color w:val="auto"/>
        </w:rPr>
        <w:t>Economico</w:t>
      </w:r>
      <w:proofErr w:type="spellEnd"/>
      <w:r w:rsidRPr="000519A1">
        <w:rPr>
          <w:bCs/>
          <w:color w:val="auto"/>
        </w:rPr>
        <w:t xml:space="preserve"> </w:t>
      </w:r>
      <w:proofErr w:type="spellStart"/>
      <w:r w:rsidRPr="000519A1">
        <w:rPr>
          <w:bCs/>
          <w:color w:val="auto"/>
        </w:rPr>
        <w:t>Finanziario</w:t>
      </w:r>
      <w:proofErr w:type="spellEnd"/>
      <w:r w:rsidRPr="000519A1">
        <w:rPr>
          <w:bCs/>
          <w:color w:val="auto"/>
        </w:rPr>
        <w:t xml:space="preserve">, </w:t>
      </w:r>
      <w:proofErr w:type="spellStart"/>
      <w:r w:rsidRPr="000519A1">
        <w:rPr>
          <w:bCs/>
          <w:color w:val="auto"/>
        </w:rPr>
        <w:t>Offerta</w:t>
      </w:r>
      <w:proofErr w:type="spellEnd"/>
      <w:r w:rsidRPr="000519A1">
        <w:rPr>
          <w:bCs/>
          <w:color w:val="auto"/>
        </w:rPr>
        <w:t xml:space="preserve"> </w:t>
      </w:r>
      <w:proofErr w:type="spellStart"/>
      <w:r w:rsidRPr="000519A1">
        <w:rPr>
          <w:bCs/>
          <w:color w:val="auto"/>
        </w:rPr>
        <w:t>Economica</w:t>
      </w:r>
      <w:proofErr w:type="spellEnd"/>
      <w:r w:rsidRPr="000519A1">
        <w:rPr>
          <w:bCs/>
          <w:color w:val="auto"/>
        </w:rPr>
        <w:t>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0519A1" w:rsidRPr="000519A1" w14:paraId="62B8CDAC" w14:textId="77777777">
        <w:trPr>
          <w:jc w:val="center"/>
        </w:trPr>
        <w:tc>
          <w:tcPr>
            <w:tcW w:w="5040" w:type="dxa"/>
          </w:tcPr>
          <w:p w14:paraId="552A6D70" w14:textId="77777777" w:rsidR="002D53CA" w:rsidRPr="000519A1" w:rsidRDefault="00000000">
            <w:pPr>
              <w:spacing w:before="400"/>
              <w:rPr>
                <w:color w:val="auto"/>
              </w:rPr>
            </w:pPr>
            <w:r w:rsidRPr="000519A1">
              <w:rPr>
                <w:color w:val="auto"/>
                <w:sz w:val="19"/>
              </w:rPr>
              <w:t>Luogo: ...........................................</w:t>
            </w:r>
            <w:r w:rsidRPr="000519A1">
              <w:rPr>
                <w:color w:val="auto"/>
                <w:sz w:val="19"/>
              </w:rPr>
              <w:br/>
            </w:r>
            <w:r w:rsidRPr="000519A1">
              <w:rPr>
                <w:color w:val="auto"/>
                <w:sz w:val="19"/>
              </w:rPr>
              <w:br/>
              <w:t>Data: ......./......./2026</w:t>
            </w:r>
          </w:p>
        </w:tc>
        <w:tc>
          <w:tcPr>
            <w:tcW w:w="5040" w:type="dxa"/>
          </w:tcPr>
          <w:p w14:paraId="57B55633" w14:textId="77777777" w:rsidR="002D53CA" w:rsidRPr="000519A1" w:rsidRDefault="00000000">
            <w:pPr>
              <w:spacing w:before="400"/>
              <w:jc w:val="center"/>
              <w:rPr>
                <w:color w:val="auto"/>
              </w:rPr>
            </w:pPr>
            <w:r w:rsidRPr="000519A1">
              <w:rPr>
                <w:b/>
                <w:color w:val="auto"/>
                <w:sz w:val="19"/>
              </w:rPr>
              <w:t>IL DICHIARANTE / LEGALE RAPPRESENTANTE</w:t>
            </w:r>
            <w:r w:rsidRPr="000519A1">
              <w:rPr>
                <w:b/>
                <w:color w:val="auto"/>
                <w:sz w:val="19"/>
              </w:rPr>
              <w:br/>
            </w:r>
            <w:r w:rsidRPr="000519A1">
              <w:rPr>
                <w:color w:val="auto"/>
                <w:sz w:val="17"/>
              </w:rPr>
              <w:t>(Firmato digitalmente ai sensi del CAD)</w:t>
            </w:r>
            <w:r w:rsidRPr="000519A1">
              <w:rPr>
                <w:color w:val="auto"/>
                <w:sz w:val="17"/>
              </w:rPr>
              <w:br/>
            </w:r>
            <w:r w:rsidRPr="000519A1">
              <w:rPr>
                <w:color w:val="auto"/>
                <w:sz w:val="17"/>
              </w:rPr>
              <w:br/>
            </w:r>
            <w:r w:rsidRPr="000519A1">
              <w:rPr>
                <w:color w:val="auto"/>
                <w:sz w:val="17"/>
              </w:rPr>
              <w:br/>
              <w:t>...........................................................................</w:t>
            </w:r>
          </w:p>
        </w:tc>
      </w:tr>
    </w:tbl>
    <w:p w14:paraId="66B735F2" w14:textId="77777777" w:rsidR="00FD7885" w:rsidRPr="000519A1" w:rsidRDefault="00FD7885">
      <w:pPr>
        <w:rPr>
          <w:color w:val="auto"/>
        </w:rPr>
      </w:pPr>
    </w:p>
    <w:sectPr w:rsidR="00FD7885" w:rsidRPr="000519A1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4906718">
    <w:abstractNumId w:val="8"/>
  </w:num>
  <w:num w:numId="2" w16cid:durableId="1898853061">
    <w:abstractNumId w:val="6"/>
  </w:num>
  <w:num w:numId="3" w16cid:durableId="1858959948">
    <w:abstractNumId w:val="5"/>
  </w:num>
  <w:num w:numId="4" w16cid:durableId="1709915911">
    <w:abstractNumId w:val="4"/>
  </w:num>
  <w:num w:numId="5" w16cid:durableId="1262226068">
    <w:abstractNumId w:val="7"/>
  </w:num>
  <w:num w:numId="6" w16cid:durableId="1503355922">
    <w:abstractNumId w:val="3"/>
  </w:num>
  <w:num w:numId="7" w16cid:durableId="1425299109">
    <w:abstractNumId w:val="2"/>
  </w:num>
  <w:num w:numId="8" w16cid:durableId="1266619718">
    <w:abstractNumId w:val="1"/>
  </w:num>
  <w:num w:numId="9" w16cid:durableId="906453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19A1"/>
    <w:rsid w:val="0006063C"/>
    <w:rsid w:val="000B2744"/>
    <w:rsid w:val="0015074B"/>
    <w:rsid w:val="0029639D"/>
    <w:rsid w:val="002D53CA"/>
    <w:rsid w:val="00326F90"/>
    <w:rsid w:val="006E41B1"/>
    <w:rsid w:val="00886B19"/>
    <w:rsid w:val="00AA1D8D"/>
    <w:rsid w:val="00B47730"/>
    <w:rsid w:val="00CB0664"/>
    <w:rsid w:val="00FC693F"/>
    <w:rsid w:val="00FD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23FAE"/>
  <w14:defaultImageDpi w14:val="300"/>
  <w15:docId w15:val="{C41DE336-482E-4530-82C7-4D60AB56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color w:val="1E1E1E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0519A1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519A1"/>
    <w:pPr>
      <w:widowControl w:val="0"/>
      <w:autoSpaceDE w:val="0"/>
      <w:autoSpaceDN w:val="0"/>
      <w:spacing w:after="0" w:line="240" w:lineRule="auto"/>
      <w:ind w:left="572" w:right="188"/>
      <w:jc w:val="center"/>
    </w:pPr>
    <w:rPr>
      <w:rFonts w:ascii="Tahoma" w:eastAsia="Tahoma" w:hAnsi="Tahoma" w:cs="Tahoma"/>
      <w:color w:val="auto"/>
      <w:sz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Mattia MF. Ferrari</cp:lastModifiedBy>
  <cp:revision>4</cp:revision>
  <dcterms:created xsi:type="dcterms:W3CDTF">2013-12-23T23:15:00Z</dcterms:created>
  <dcterms:modified xsi:type="dcterms:W3CDTF">2026-09-07T09:50:00Z</dcterms:modified>
  <cp:category/>
</cp:coreProperties>
</file>